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61445" w14:textId="020235DE" w:rsidR="00471573" w:rsidRPr="00C81450" w:rsidRDefault="00C81450" w:rsidP="00C81450">
      <w:pPr>
        <w:pStyle w:val="Titel"/>
        <w:spacing w:after="0" w:line="240" w:lineRule="atLeast"/>
        <w:rPr>
          <w:sz w:val="36"/>
          <w:szCs w:val="36"/>
          <w:lang w:val="nl-NL"/>
        </w:rPr>
      </w:pPr>
      <w:r w:rsidRPr="00C81450">
        <w:rPr>
          <w:sz w:val="36"/>
          <w:szCs w:val="36"/>
          <w:lang w:val="nl-NL"/>
        </w:rPr>
        <w:t>42e weekmelding WGA-h</w:t>
      </w:r>
      <w:r w:rsidR="00442F49" w:rsidRPr="00C81450">
        <w:rPr>
          <w:sz w:val="36"/>
          <w:szCs w:val="36"/>
          <w:lang w:val="nl-NL"/>
        </w:rPr>
        <w:t>iaatverzekering</w:t>
      </w:r>
      <w:r w:rsidRPr="00C81450">
        <w:rPr>
          <w:sz w:val="36"/>
          <w:szCs w:val="36"/>
          <w:lang w:val="nl-NL"/>
        </w:rPr>
        <w:t xml:space="preserve"> uitgebreid BIKUDAK</w:t>
      </w:r>
    </w:p>
    <w:p w14:paraId="4FE1C493" w14:textId="77777777" w:rsidR="00C81450" w:rsidRDefault="00C81450" w:rsidP="00C81450">
      <w:pPr>
        <w:spacing w:after="0" w:line="240" w:lineRule="atLeast"/>
        <w:rPr>
          <w:lang w:val="nl-NL"/>
        </w:rPr>
      </w:pPr>
    </w:p>
    <w:p w14:paraId="169B5016" w14:textId="11E9C2C5" w:rsidR="00471573" w:rsidRPr="00E31D76" w:rsidRDefault="00442F49" w:rsidP="00C81450">
      <w:pPr>
        <w:spacing w:after="0" w:line="240" w:lineRule="atLeast"/>
        <w:rPr>
          <w:lang w:val="nl-NL"/>
        </w:rPr>
      </w:pPr>
      <w:r w:rsidRPr="00E31D76">
        <w:rPr>
          <w:lang w:val="nl-NL"/>
        </w:rPr>
        <w:t>Is uw werknemer na 42 weken nog geheel of gedeeltelijk arbeidsongeschikt? Vul dit formu</w:t>
      </w:r>
      <w:r w:rsidR="00C81450">
        <w:rPr>
          <w:lang w:val="nl-NL"/>
        </w:rPr>
        <w:t>lier in voor de collectieve WGA-h</w:t>
      </w:r>
      <w:r w:rsidRPr="00E31D76">
        <w:rPr>
          <w:lang w:val="nl-NL"/>
        </w:rPr>
        <w:t xml:space="preserve">iaatverzekering </w:t>
      </w:r>
      <w:r w:rsidR="00C81450">
        <w:rPr>
          <w:lang w:val="nl-NL"/>
        </w:rPr>
        <w:t xml:space="preserve">uitgebreid </w:t>
      </w:r>
      <w:r w:rsidRPr="00E31D76">
        <w:rPr>
          <w:lang w:val="nl-NL"/>
        </w:rPr>
        <w:t>en stuur het aan Schouten Zekerheid.</w:t>
      </w:r>
    </w:p>
    <w:p w14:paraId="5F5C23D9" w14:textId="77777777" w:rsidR="00471573" w:rsidRPr="00E31D76" w:rsidRDefault="00442F49" w:rsidP="00C81450">
      <w:pPr>
        <w:spacing w:after="0" w:line="240" w:lineRule="atLeast"/>
        <w:rPr>
          <w:lang w:val="nl-NL"/>
        </w:rPr>
      </w:pPr>
      <w:r w:rsidRPr="00E31D76">
        <w:rPr>
          <w:b/>
          <w:lang w:val="nl-NL"/>
        </w:rPr>
        <w:t xml:space="preserve">Let op: </w:t>
      </w:r>
      <w:r w:rsidRPr="00E31D76">
        <w:rPr>
          <w:lang w:val="nl-NL"/>
        </w:rPr>
        <w:t>Deze melding vervangt de wettelijk verplichte 42e-weekmelding bij UWV niet. Als werkgever blijft u verantwoordelijk voor de tijdige melding bij UWV.</w:t>
      </w:r>
    </w:p>
    <w:p w14:paraId="6CD81D16" w14:textId="29CB8C05" w:rsidR="00471573" w:rsidRPr="00C81450" w:rsidRDefault="00442F49" w:rsidP="00C81450">
      <w:pPr>
        <w:spacing w:after="0" w:line="240" w:lineRule="atLeast"/>
        <w:rPr>
          <w:lang w:val="nl-NL"/>
        </w:rPr>
      </w:pPr>
      <w:r w:rsidRPr="00C81450">
        <w:rPr>
          <w:lang w:val="nl-NL"/>
        </w:rPr>
        <w:t>Vul de velden in Word in of print het formulier en vul het met de hand in.</w:t>
      </w:r>
    </w:p>
    <w:p w14:paraId="00C77788" w14:textId="77777777" w:rsidR="00C81450" w:rsidRPr="00E31D76" w:rsidRDefault="00C81450" w:rsidP="00C81450">
      <w:pPr>
        <w:spacing w:after="0" w:line="240" w:lineRule="atLeast"/>
        <w:rPr>
          <w:lang w:val="nl-NL"/>
        </w:rPr>
      </w:pPr>
    </w:p>
    <w:p w14:paraId="39E0CC5B" w14:textId="77777777" w:rsidR="00471573" w:rsidRPr="00E31D76" w:rsidRDefault="00442F49" w:rsidP="00C81450">
      <w:pPr>
        <w:pStyle w:val="Kop1"/>
        <w:spacing w:before="0" w:after="0" w:line="240" w:lineRule="atLeast"/>
        <w:rPr>
          <w:lang w:val="nl-NL"/>
        </w:rPr>
      </w:pPr>
      <w:r w:rsidRPr="00E31D76">
        <w:rPr>
          <w:lang w:val="nl-NL"/>
        </w:rPr>
        <w:t>Gegevens werkgever</w:t>
      </w:r>
    </w:p>
    <w:p w14:paraId="000C802D" w14:textId="77777777" w:rsidR="00471573" w:rsidRPr="00E31D76" w:rsidRDefault="00442F49" w:rsidP="001E43A9">
      <w:pPr>
        <w:tabs>
          <w:tab w:val="left" w:pos="2835"/>
        </w:tabs>
        <w:spacing w:after="120" w:line="240" w:lineRule="atLeast"/>
        <w:rPr>
          <w:lang w:val="nl-NL"/>
        </w:rPr>
      </w:pPr>
      <w:r w:rsidRPr="00E31D76">
        <w:rPr>
          <w:lang w:val="nl-NL"/>
        </w:rPr>
        <w:t>Bedrijfsnaam</w:t>
      </w:r>
      <w:r w:rsidRPr="00E31D76">
        <w:rPr>
          <w:lang w:val="nl-NL"/>
        </w:rPr>
        <w:tab/>
      </w:r>
      <w:sdt>
        <w:sdtPr>
          <w:rPr>
            <w:lang w:val="nl-NL"/>
          </w:rPr>
          <w:alias w:val="bedrijfsnaam"/>
          <w:tag w:val="bedrijfsnaam"/>
          <w:id w:val="1"/>
          <w:text/>
        </w:sdtPr>
        <w:sdtContent>
          <w:r w:rsidRPr="00E31D76">
            <w:rPr>
              <w:lang w:val="nl-NL"/>
            </w:rPr>
            <w:t>________________________________________</w:t>
          </w:r>
        </w:sdtContent>
      </w:sdt>
    </w:p>
    <w:p w14:paraId="7A9DEBE7" w14:textId="77777777" w:rsidR="00471573" w:rsidRPr="00E31D76" w:rsidRDefault="00442F49" w:rsidP="001E43A9">
      <w:pPr>
        <w:tabs>
          <w:tab w:val="left" w:pos="2835"/>
        </w:tabs>
        <w:spacing w:after="120" w:line="240" w:lineRule="atLeast"/>
        <w:rPr>
          <w:lang w:val="nl-NL"/>
        </w:rPr>
      </w:pPr>
      <w:r w:rsidRPr="00E31D76">
        <w:rPr>
          <w:lang w:val="nl-NL"/>
        </w:rPr>
        <w:t>KvK-nummer</w:t>
      </w:r>
      <w:r w:rsidRPr="00E31D76">
        <w:rPr>
          <w:lang w:val="nl-NL"/>
        </w:rPr>
        <w:tab/>
      </w:r>
      <w:sdt>
        <w:sdtPr>
          <w:rPr>
            <w:lang w:val="nl-NL"/>
          </w:rPr>
          <w:alias w:val="kvk"/>
          <w:tag w:val="kvk"/>
          <w:id w:val="2"/>
          <w:text/>
        </w:sdtPr>
        <w:sdtContent>
          <w:r w:rsidRPr="00E31D76">
            <w:rPr>
              <w:lang w:val="nl-NL"/>
            </w:rPr>
            <w:t>________________________________________</w:t>
          </w:r>
        </w:sdtContent>
      </w:sdt>
    </w:p>
    <w:p w14:paraId="176FE78C" w14:textId="77777777" w:rsidR="00471573" w:rsidRPr="00E31D76" w:rsidRDefault="00442F49" w:rsidP="001E43A9">
      <w:pPr>
        <w:tabs>
          <w:tab w:val="left" w:pos="2835"/>
        </w:tabs>
        <w:spacing w:after="120" w:line="240" w:lineRule="atLeast"/>
        <w:rPr>
          <w:lang w:val="nl-NL"/>
        </w:rPr>
      </w:pPr>
      <w:r w:rsidRPr="00E31D76">
        <w:rPr>
          <w:lang w:val="nl-NL"/>
        </w:rPr>
        <w:t>Naam contactpersoon</w:t>
      </w:r>
      <w:r w:rsidRPr="00E31D76">
        <w:rPr>
          <w:lang w:val="nl-NL"/>
        </w:rPr>
        <w:tab/>
      </w:r>
      <w:sdt>
        <w:sdtPr>
          <w:rPr>
            <w:lang w:val="nl-NL"/>
          </w:rPr>
          <w:alias w:val="contactpersoon"/>
          <w:tag w:val="contactpersoon"/>
          <w:id w:val="3"/>
          <w:text/>
        </w:sdtPr>
        <w:sdtContent>
          <w:r w:rsidRPr="00E31D76">
            <w:rPr>
              <w:lang w:val="nl-NL"/>
            </w:rPr>
            <w:t>________________________________________</w:t>
          </w:r>
        </w:sdtContent>
      </w:sdt>
    </w:p>
    <w:p w14:paraId="3B1292E4" w14:textId="77777777" w:rsidR="00471573" w:rsidRPr="00E31D76" w:rsidRDefault="00442F49" w:rsidP="001E43A9">
      <w:pPr>
        <w:tabs>
          <w:tab w:val="left" w:pos="2835"/>
        </w:tabs>
        <w:spacing w:after="120" w:line="240" w:lineRule="atLeast"/>
        <w:rPr>
          <w:lang w:val="nl-NL"/>
        </w:rPr>
      </w:pPr>
      <w:r w:rsidRPr="00E31D76">
        <w:rPr>
          <w:lang w:val="nl-NL"/>
        </w:rPr>
        <w:t>E-mailadres</w:t>
      </w:r>
      <w:r w:rsidRPr="00E31D76">
        <w:rPr>
          <w:lang w:val="nl-NL"/>
        </w:rPr>
        <w:tab/>
      </w:r>
      <w:sdt>
        <w:sdtPr>
          <w:rPr>
            <w:lang w:val="nl-NL"/>
          </w:rPr>
          <w:alias w:val="email"/>
          <w:tag w:val="email"/>
          <w:id w:val="4"/>
          <w:text/>
        </w:sdtPr>
        <w:sdtContent>
          <w:r w:rsidRPr="00E31D76">
            <w:rPr>
              <w:lang w:val="nl-NL"/>
            </w:rPr>
            <w:t>________________________________________</w:t>
          </w:r>
        </w:sdtContent>
      </w:sdt>
    </w:p>
    <w:p w14:paraId="529A1509" w14:textId="77777777" w:rsidR="00471573" w:rsidRPr="00E31D76" w:rsidRDefault="00442F49" w:rsidP="001E43A9">
      <w:pPr>
        <w:tabs>
          <w:tab w:val="left" w:pos="2835"/>
        </w:tabs>
        <w:spacing w:after="120" w:line="240" w:lineRule="atLeast"/>
        <w:rPr>
          <w:lang w:val="nl-NL"/>
        </w:rPr>
      </w:pPr>
      <w:r w:rsidRPr="00E31D76">
        <w:rPr>
          <w:lang w:val="nl-NL"/>
        </w:rPr>
        <w:t>Telefoonnummer</w:t>
      </w:r>
      <w:r w:rsidRPr="00E31D76">
        <w:rPr>
          <w:lang w:val="nl-NL"/>
        </w:rPr>
        <w:tab/>
      </w:r>
      <w:sdt>
        <w:sdtPr>
          <w:rPr>
            <w:lang w:val="nl-NL"/>
          </w:rPr>
          <w:alias w:val="telefoon"/>
          <w:tag w:val="telefoon"/>
          <w:id w:val="5"/>
          <w:text/>
        </w:sdtPr>
        <w:sdtContent>
          <w:r w:rsidRPr="00E31D76">
            <w:rPr>
              <w:lang w:val="nl-NL"/>
            </w:rPr>
            <w:t>________________________________________</w:t>
          </w:r>
        </w:sdtContent>
      </w:sdt>
    </w:p>
    <w:p w14:paraId="09854D0D" w14:textId="77777777" w:rsidR="00C81450" w:rsidRDefault="00C81450" w:rsidP="00C81450">
      <w:pPr>
        <w:spacing w:after="0" w:line="240" w:lineRule="atLeast"/>
        <w:rPr>
          <w:lang w:val="nl-NL"/>
        </w:rPr>
      </w:pPr>
    </w:p>
    <w:p w14:paraId="7C25DCCC" w14:textId="7F415C77" w:rsidR="00471573" w:rsidRPr="00E31D76" w:rsidRDefault="00442F49" w:rsidP="00C81450">
      <w:pPr>
        <w:pStyle w:val="Kop1"/>
        <w:spacing w:before="0" w:after="0" w:line="240" w:lineRule="atLeast"/>
        <w:rPr>
          <w:lang w:val="nl-NL"/>
        </w:rPr>
      </w:pPr>
      <w:r w:rsidRPr="00E31D76">
        <w:rPr>
          <w:lang w:val="nl-NL"/>
        </w:rPr>
        <w:t>Gegevens werknemer</w:t>
      </w:r>
    </w:p>
    <w:p w14:paraId="539478D7" w14:textId="77777777" w:rsidR="00471573" w:rsidRPr="00E31D76" w:rsidRDefault="00442F49" w:rsidP="001E43A9">
      <w:pPr>
        <w:tabs>
          <w:tab w:val="left" w:pos="2835"/>
        </w:tabs>
        <w:spacing w:after="120" w:line="240" w:lineRule="atLeast"/>
        <w:rPr>
          <w:lang w:val="nl-NL"/>
        </w:rPr>
      </w:pPr>
      <w:r w:rsidRPr="00E31D76">
        <w:rPr>
          <w:lang w:val="nl-NL"/>
        </w:rPr>
        <w:t>Voorletters</w:t>
      </w:r>
      <w:r w:rsidRPr="00E31D76">
        <w:rPr>
          <w:lang w:val="nl-NL"/>
        </w:rPr>
        <w:tab/>
      </w:r>
      <w:sdt>
        <w:sdtPr>
          <w:rPr>
            <w:lang w:val="nl-NL"/>
          </w:rPr>
          <w:alias w:val="voorletters"/>
          <w:tag w:val="voorletters"/>
          <w:id w:val="6"/>
          <w:text/>
        </w:sdtPr>
        <w:sdtContent>
          <w:r w:rsidRPr="00E31D76">
            <w:rPr>
              <w:lang w:val="nl-NL"/>
            </w:rPr>
            <w:t>________________________________________</w:t>
          </w:r>
        </w:sdtContent>
      </w:sdt>
    </w:p>
    <w:p w14:paraId="01ECBE54" w14:textId="77777777" w:rsidR="00471573" w:rsidRPr="00E31D76" w:rsidRDefault="00442F49" w:rsidP="001E43A9">
      <w:pPr>
        <w:tabs>
          <w:tab w:val="left" w:pos="2835"/>
        </w:tabs>
        <w:spacing w:after="120" w:line="240" w:lineRule="atLeast"/>
        <w:rPr>
          <w:lang w:val="nl-NL"/>
        </w:rPr>
      </w:pPr>
      <w:r w:rsidRPr="00E31D76">
        <w:rPr>
          <w:lang w:val="nl-NL"/>
        </w:rPr>
        <w:t>Achternaam</w:t>
      </w:r>
      <w:r w:rsidRPr="00E31D76">
        <w:rPr>
          <w:lang w:val="nl-NL"/>
        </w:rPr>
        <w:tab/>
      </w:r>
      <w:sdt>
        <w:sdtPr>
          <w:rPr>
            <w:lang w:val="nl-NL"/>
          </w:rPr>
          <w:alias w:val="achternaam"/>
          <w:tag w:val="achternaam"/>
          <w:id w:val="7"/>
          <w:text/>
        </w:sdtPr>
        <w:sdtContent>
          <w:r w:rsidRPr="00E31D76">
            <w:rPr>
              <w:lang w:val="nl-NL"/>
            </w:rPr>
            <w:t>________________________________________</w:t>
          </w:r>
        </w:sdtContent>
      </w:sdt>
    </w:p>
    <w:p w14:paraId="724E5768" w14:textId="77777777" w:rsidR="00471573" w:rsidRPr="00E31D76" w:rsidRDefault="00442F49" w:rsidP="001E43A9">
      <w:pPr>
        <w:tabs>
          <w:tab w:val="left" w:pos="2835"/>
        </w:tabs>
        <w:spacing w:after="120" w:line="240" w:lineRule="atLeast"/>
        <w:rPr>
          <w:lang w:val="nl-NL"/>
        </w:rPr>
      </w:pPr>
      <w:r w:rsidRPr="00E31D76">
        <w:rPr>
          <w:lang w:val="nl-NL"/>
        </w:rPr>
        <w:t>Geboortedatum</w:t>
      </w:r>
      <w:r w:rsidRPr="00E31D76">
        <w:rPr>
          <w:lang w:val="nl-NL"/>
        </w:rPr>
        <w:tab/>
      </w:r>
      <w:sdt>
        <w:sdtPr>
          <w:rPr>
            <w:lang w:val="nl-NL"/>
          </w:rPr>
          <w:alias w:val="geboortedatum"/>
          <w:tag w:val="geboortedatum"/>
          <w:id w:val="8"/>
          <w:text/>
        </w:sdtPr>
        <w:sdtContent>
          <w:r w:rsidRPr="00E31D76">
            <w:rPr>
              <w:lang w:val="nl-NL"/>
            </w:rPr>
            <w:t>____ / ____ / ________</w:t>
          </w:r>
        </w:sdtContent>
      </w:sdt>
    </w:p>
    <w:p w14:paraId="427C2825" w14:textId="77777777" w:rsidR="00471573" w:rsidRPr="00E31D76" w:rsidRDefault="00442F49" w:rsidP="001E43A9">
      <w:pPr>
        <w:tabs>
          <w:tab w:val="left" w:pos="2835"/>
        </w:tabs>
        <w:spacing w:after="120" w:line="240" w:lineRule="atLeast"/>
        <w:rPr>
          <w:lang w:val="nl-NL"/>
        </w:rPr>
      </w:pPr>
      <w:r w:rsidRPr="00E31D76">
        <w:rPr>
          <w:lang w:val="nl-NL"/>
        </w:rPr>
        <w:t>Eerste ziektedag</w:t>
      </w:r>
      <w:r w:rsidRPr="00E31D76">
        <w:rPr>
          <w:lang w:val="nl-NL"/>
        </w:rPr>
        <w:tab/>
      </w:r>
      <w:sdt>
        <w:sdtPr>
          <w:rPr>
            <w:lang w:val="nl-NL"/>
          </w:rPr>
          <w:alias w:val="eerste_ziektedag"/>
          <w:tag w:val="eerste_ziektedag"/>
          <w:id w:val="9"/>
          <w:text/>
        </w:sdtPr>
        <w:sdtContent>
          <w:r w:rsidRPr="00E31D76">
            <w:rPr>
              <w:lang w:val="nl-NL"/>
            </w:rPr>
            <w:t>____ / ____ / ________</w:t>
          </w:r>
        </w:sdtContent>
      </w:sdt>
    </w:p>
    <w:p w14:paraId="301CEB7C" w14:textId="77777777" w:rsidR="00471573" w:rsidRPr="00E31D76" w:rsidRDefault="00442F49" w:rsidP="001E43A9">
      <w:pPr>
        <w:spacing w:after="120" w:line="240" w:lineRule="atLeast"/>
        <w:rPr>
          <w:lang w:val="nl-NL"/>
        </w:rPr>
      </w:pPr>
      <w:r w:rsidRPr="00E31D76">
        <w:rPr>
          <w:lang w:val="nl-NL"/>
        </w:rPr>
        <w:t>De werknemer is op het moment van deze melding:</w:t>
      </w:r>
    </w:p>
    <w:p w14:paraId="6082B7EE" w14:textId="77777777" w:rsidR="00471573" w:rsidRPr="00E31D76" w:rsidRDefault="00000000" w:rsidP="001E43A9">
      <w:pPr>
        <w:spacing w:after="120" w:line="240" w:lineRule="atLeast"/>
        <w:rPr>
          <w:lang w:val="nl-NL"/>
        </w:rPr>
      </w:pPr>
      <w:sdt>
        <w:sdtPr>
          <w:rPr>
            <w:lang w:val="nl-NL"/>
          </w:rPr>
          <w:alias w:val="geheel"/>
          <w:tag w:val="geheel"/>
          <w:id w:val="10"/>
          <w14:checkbox>
            <w14:checked w14:val="0"/>
            <w14:checkedState w14:val="2612" w14:font="Verdana"/>
            <w14:uncheckedState w14:val="2610" w14:font="Verdana"/>
          </w14:checkbox>
        </w:sdtPr>
        <w:sdtContent>
          <w:r w:rsidR="00442F49" w:rsidRPr="00E31D76">
            <w:rPr>
              <w:rFonts w:ascii="DejaVu Sans" w:hAnsi="DejaVu Sans"/>
              <w:lang w:val="nl-NL"/>
            </w:rPr>
            <w:t>☐</w:t>
          </w:r>
        </w:sdtContent>
      </w:sdt>
      <w:r w:rsidR="00442F49" w:rsidRPr="00E31D76">
        <w:rPr>
          <w:lang w:val="nl-NL"/>
        </w:rPr>
        <w:t xml:space="preserve"> Geheel arbeidsongeschikt     </w:t>
      </w:r>
      <w:sdt>
        <w:sdtPr>
          <w:rPr>
            <w:lang w:val="nl-NL"/>
          </w:rPr>
          <w:alias w:val="gedeeltelijk"/>
          <w:tag w:val="gedeeltelijk"/>
          <w:id w:val="11"/>
          <w14:checkbox>
            <w14:checked w14:val="0"/>
            <w14:checkedState w14:val="2612" w14:font="Verdana"/>
            <w14:uncheckedState w14:val="2610" w14:font="Verdana"/>
          </w14:checkbox>
        </w:sdtPr>
        <w:sdtContent>
          <w:r w:rsidR="00442F49" w:rsidRPr="00E31D76">
            <w:rPr>
              <w:rFonts w:ascii="DejaVu Sans" w:hAnsi="DejaVu Sans"/>
              <w:lang w:val="nl-NL"/>
            </w:rPr>
            <w:t>☐</w:t>
          </w:r>
        </w:sdtContent>
      </w:sdt>
      <w:r w:rsidR="00442F49" w:rsidRPr="00E31D76">
        <w:rPr>
          <w:lang w:val="nl-NL"/>
        </w:rPr>
        <w:t xml:space="preserve"> Gedeeltelijk arbeidsongeschikt</w:t>
      </w:r>
    </w:p>
    <w:p w14:paraId="73F1A929" w14:textId="77777777" w:rsidR="00C81450" w:rsidRDefault="00C81450" w:rsidP="00C81450">
      <w:pPr>
        <w:spacing w:after="0" w:line="240" w:lineRule="atLeast"/>
        <w:rPr>
          <w:lang w:val="nl-NL"/>
        </w:rPr>
      </w:pPr>
    </w:p>
    <w:p w14:paraId="11D71508" w14:textId="59E9A87D" w:rsidR="00471573" w:rsidRPr="00E31D76" w:rsidRDefault="00442F49" w:rsidP="00C81450">
      <w:pPr>
        <w:pStyle w:val="Kop1"/>
        <w:spacing w:before="0" w:after="0" w:line="240" w:lineRule="atLeast"/>
        <w:rPr>
          <w:lang w:val="nl-NL"/>
        </w:rPr>
      </w:pPr>
      <w:r w:rsidRPr="00E31D76">
        <w:rPr>
          <w:lang w:val="nl-NL"/>
        </w:rPr>
        <w:t>42e weekmelding bij UWV</w:t>
      </w:r>
    </w:p>
    <w:p w14:paraId="034E9925" w14:textId="77777777" w:rsidR="00471573" w:rsidRPr="00E31D76" w:rsidRDefault="00442F49" w:rsidP="001E43A9">
      <w:pPr>
        <w:spacing w:after="120" w:line="240" w:lineRule="atLeast"/>
        <w:rPr>
          <w:lang w:val="nl-NL"/>
        </w:rPr>
      </w:pPr>
      <w:r w:rsidRPr="00E31D76">
        <w:rPr>
          <w:lang w:val="nl-NL"/>
        </w:rPr>
        <w:t>Heeft u voor deze werknemer de 42e-weekmelding bij UWV gedaan?</w:t>
      </w:r>
    </w:p>
    <w:p w14:paraId="7955CD9F" w14:textId="77777777" w:rsidR="00471573" w:rsidRPr="00E31D76" w:rsidRDefault="00000000" w:rsidP="001E43A9">
      <w:pPr>
        <w:spacing w:after="120" w:line="240" w:lineRule="atLeast"/>
        <w:rPr>
          <w:lang w:val="nl-NL"/>
        </w:rPr>
      </w:pPr>
      <w:sdt>
        <w:sdtPr>
          <w:rPr>
            <w:lang w:val="nl-NL"/>
          </w:rPr>
          <w:alias w:val="uwv_ja"/>
          <w:tag w:val="uwv_ja"/>
          <w:id w:val="12"/>
          <w14:checkbox>
            <w14:checked w14:val="0"/>
            <w14:checkedState w14:val="2612" w14:font="Verdana"/>
            <w14:uncheckedState w14:val="2610" w14:font="Verdana"/>
          </w14:checkbox>
        </w:sdtPr>
        <w:sdtContent>
          <w:r w:rsidR="00442F49" w:rsidRPr="00E31D76">
            <w:rPr>
              <w:rFonts w:ascii="DejaVu Sans" w:hAnsi="DejaVu Sans"/>
              <w:lang w:val="nl-NL"/>
            </w:rPr>
            <w:t>☐</w:t>
          </w:r>
        </w:sdtContent>
      </w:sdt>
      <w:r w:rsidR="00442F49" w:rsidRPr="00E31D76">
        <w:rPr>
          <w:lang w:val="nl-NL"/>
        </w:rPr>
        <w:t xml:space="preserve"> Ja     </w:t>
      </w:r>
      <w:sdt>
        <w:sdtPr>
          <w:rPr>
            <w:lang w:val="nl-NL"/>
          </w:rPr>
          <w:alias w:val="uwv_nee"/>
          <w:tag w:val="uwv_nee"/>
          <w:id w:val="13"/>
          <w14:checkbox>
            <w14:checked w14:val="0"/>
            <w14:checkedState w14:val="2612" w14:font="Verdana"/>
            <w14:uncheckedState w14:val="2610" w14:font="Verdana"/>
          </w14:checkbox>
        </w:sdtPr>
        <w:sdtContent>
          <w:r w:rsidR="00442F49" w:rsidRPr="00E31D76">
            <w:rPr>
              <w:rFonts w:ascii="DejaVu Sans" w:hAnsi="DejaVu Sans"/>
              <w:lang w:val="nl-NL"/>
            </w:rPr>
            <w:t>☐</w:t>
          </w:r>
        </w:sdtContent>
      </w:sdt>
      <w:r w:rsidR="00442F49" w:rsidRPr="00E31D76">
        <w:rPr>
          <w:lang w:val="nl-NL"/>
        </w:rPr>
        <w:t xml:space="preserve"> Nee, dit moet nog gebeuren</w:t>
      </w:r>
    </w:p>
    <w:p w14:paraId="501D08D0" w14:textId="77777777" w:rsidR="00C81450" w:rsidRDefault="00C81450" w:rsidP="00C81450">
      <w:pPr>
        <w:spacing w:after="0" w:line="240" w:lineRule="atLeast"/>
        <w:rPr>
          <w:lang w:val="nl-NL"/>
        </w:rPr>
      </w:pPr>
    </w:p>
    <w:p w14:paraId="6BBE3AE8" w14:textId="18F37D5D" w:rsidR="00471573" w:rsidRPr="00E31D76" w:rsidRDefault="00442F49" w:rsidP="00C81450">
      <w:pPr>
        <w:pStyle w:val="Kop1"/>
        <w:spacing w:before="0" w:after="0" w:line="240" w:lineRule="atLeast"/>
        <w:rPr>
          <w:lang w:val="nl-NL"/>
        </w:rPr>
      </w:pPr>
      <w:r w:rsidRPr="00E31D76">
        <w:rPr>
          <w:lang w:val="nl-NL"/>
        </w:rPr>
        <w:t>Geen medische gegevens</w:t>
      </w:r>
    </w:p>
    <w:p w14:paraId="7BE6C7A5" w14:textId="77777777" w:rsidR="00471573" w:rsidRPr="00E31D76" w:rsidRDefault="00442F49" w:rsidP="00C81450">
      <w:pPr>
        <w:spacing w:after="0" w:line="240" w:lineRule="atLeast"/>
        <w:rPr>
          <w:lang w:val="nl-NL"/>
        </w:rPr>
      </w:pPr>
      <w:r w:rsidRPr="00E31D76">
        <w:rPr>
          <w:lang w:val="nl-NL"/>
        </w:rPr>
        <w:t>Vermeld geen diagnose, oorzaak van de arbeidsongeschiktheid, behandeling of andere medische informatie. Stuur geen medische stukken mee.</w:t>
      </w:r>
    </w:p>
    <w:p w14:paraId="53069D82" w14:textId="77777777" w:rsidR="00C81450" w:rsidRDefault="00C81450" w:rsidP="00C81450">
      <w:pPr>
        <w:spacing w:after="0" w:line="240" w:lineRule="atLeast"/>
        <w:rPr>
          <w:lang w:val="nl-NL"/>
        </w:rPr>
      </w:pPr>
    </w:p>
    <w:p w14:paraId="5F85FE66" w14:textId="04E7FDF7" w:rsidR="00471573" w:rsidRPr="00E31D76" w:rsidRDefault="00442F49" w:rsidP="00C81450">
      <w:pPr>
        <w:pStyle w:val="Kop1"/>
        <w:spacing w:before="0" w:after="0" w:line="240" w:lineRule="atLeast"/>
        <w:rPr>
          <w:lang w:val="nl-NL"/>
        </w:rPr>
      </w:pPr>
      <w:r w:rsidRPr="00E31D76">
        <w:rPr>
          <w:lang w:val="nl-NL"/>
        </w:rPr>
        <w:t>Ondertekening</w:t>
      </w:r>
    </w:p>
    <w:p w14:paraId="327D79D4" w14:textId="77777777" w:rsidR="00471573" w:rsidRPr="00E31D76" w:rsidRDefault="00442F49" w:rsidP="001E43A9">
      <w:pPr>
        <w:spacing w:after="120" w:line="240" w:lineRule="atLeast"/>
        <w:rPr>
          <w:lang w:val="nl-NL"/>
        </w:rPr>
      </w:pPr>
      <w:r w:rsidRPr="00E31D76">
        <w:rPr>
          <w:lang w:val="nl-NL"/>
        </w:rPr>
        <w:t>Ik verklaar dat de gegevens naar waarheid zijn ingevuld en dat ik bevoegd ben deze melding namens de werkgever te doen.</w:t>
      </w:r>
    </w:p>
    <w:p w14:paraId="12B78DA4" w14:textId="77777777" w:rsidR="00471573" w:rsidRPr="00E31D76" w:rsidRDefault="00442F49" w:rsidP="001E43A9">
      <w:pPr>
        <w:tabs>
          <w:tab w:val="left" w:pos="2835"/>
        </w:tabs>
        <w:spacing w:after="120" w:line="240" w:lineRule="atLeast"/>
        <w:rPr>
          <w:lang w:val="nl-NL"/>
        </w:rPr>
      </w:pPr>
      <w:r w:rsidRPr="00E31D76">
        <w:rPr>
          <w:lang w:val="nl-NL"/>
        </w:rPr>
        <w:t>Naam</w:t>
      </w:r>
      <w:r w:rsidRPr="00E31D76">
        <w:rPr>
          <w:lang w:val="nl-NL"/>
        </w:rPr>
        <w:tab/>
      </w:r>
      <w:sdt>
        <w:sdtPr>
          <w:rPr>
            <w:lang w:val="nl-NL"/>
          </w:rPr>
          <w:alias w:val="ondertekenaar"/>
          <w:tag w:val="ondertekenaar"/>
          <w:id w:val="14"/>
          <w:text/>
        </w:sdtPr>
        <w:sdtContent>
          <w:r w:rsidRPr="00E31D76">
            <w:rPr>
              <w:lang w:val="nl-NL"/>
            </w:rPr>
            <w:t>________________________________________</w:t>
          </w:r>
        </w:sdtContent>
      </w:sdt>
    </w:p>
    <w:p w14:paraId="26C174F7" w14:textId="77777777" w:rsidR="00471573" w:rsidRPr="00E31D76" w:rsidRDefault="00442F49" w:rsidP="001E43A9">
      <w:pPr>
        <w:tabs>
          <w:tab w:val="left" w:pos="2835"/>
        </w:tabs>
        <w:spacing w:after="120" w:line="240" w:lineRule="atLeast"/>
        <w:rPr>
          <w:lang w:val="nl-NL"/>
        </w:rPr>
      </w:pPr>
      <w:r w:rsidRPr="00E31D76">
        <w:rPr>
          <w:lang w:val="nl-NL"/>
        </w:rPr>
        <w:t>Datum</w:t>
      </w:r>
      <w:r w:rsidRPr="00E31D76">
        <w:rPr>
          <w:lang w:val="nl-NL"/>
        </w:rPr>
        <w:tab/>
      </w:r>
      <w:sdt>
        <w:sdtPr>
          <w:rPr>
            <w:lang w:val="nl-NL"/>
          </w:rPr>
          <w:alias w:val="datum"/>
          <w:tag w:val="datum"/>
          <w:id w:val="15"/>
          <w:text/>
        </w:sdtPr>
        <w:sdtContent>
          <w:r w:rsidRPr="00E31D76">
            <w:rPr>
              <w:lang w:val="nl-NL"/>
            </w:rPr>
            <w:t>____ / ____ / ________</w:t>
          </w:r>
        </w:sdtContent>
      </w:sdt>
    </w:p>
    <w:p w14:paraId="66B0FDE5" w14:textId="77777777" w:rsidR="00471573" w:rsidRPr="00E31D76" w:rsidRDefault="00442F49" w:rsidP="001E43A9">
      <w:pPr>
        <w:spacing w:after="120" w:line="240" w:lineRule="atLeast"/>
        <w:rPr>
          <w:lang w:val="nl-NL"/>
        </w:rPr>
      </w:pPr>
      <w:r w:rsidRPr="00E31D76">
        <w:rPr>
          <w:lang w:val="nl-NL"/>
        </w:rPr>
        <w:t>Handtekening</w:t>
      </w:r>
    </w:p>
    <w:p w14:paraId="567695E4" w14:textId="77777777" w:rsidR="00C81450" w:rsidRDefault="00C81450" w:rsidP="00C81450">
      <w:pPr>
        <w:spacing w:after="0" w:line="240" w:lineRule="atLeast"/>
        <w:rPr>
          <w:lang w:val="nl-NL"/>
        </w:rPr>
      </w:pPr>
    </w:p>
    <w:p w14:paraId="1172F156" w14:textId="6F9078ED" w:rsidR="00C81450" w:rsidRDefault="00C81450" w:rsidP="00C81450">
      <w:pPr>
        <w:spacing w:after="0" w:line="240" w:lineRule="atLeast"/>
        <w:rPr>
          <w:lang w:val="nl-NL"/>
        </w:rPr>
      </w:pPr>
    </w:p>
    <w:p w14:paraId="147C01C7" w14:textId="745CF57F" w:rsidR="00C81450" w:rsidRDefault="00C81450" w:rsidP="00C81450">
      <w:pPr>
        <w:spacing w:after="0" w:line="240" w:lineRule="atLeast"/>
        <w:rPr>
          <w:lang w:val="nl-NL"/>
        </w:rPr>
      </w:pPr>
    </w:p>
    <w:p w14:paraId="2D4310E9" w14:textId="00EC7338" w:rsidR="00C81450" w:rsidRDefault="00C81450" w:rsidP="00C81450">
      <w:pPr>
        <w:spacing w:after="0" w:line="240" w:lineRule="atLeast"/>
        <w:rPr>
          <w:lang w:val="nl-NL"/>
        </w:rPr>
      </w:pPr>
    </w:p>
    <w:p w14:paraId="0A0CE425" w14:textId="2B9906C8" w:rsidR="00C81450" w:rsidRDefault="00C81450" w:rsidP="00C81450">
      <w:pPr>
        <w:spacing w:after="0" w:line="240" w:lineRule="atLeast"/>
        <w:rPr>
          <w:lang w:val="nl-NL"/>
        </w:rPr>
      </w:pPr>
    </w:p>
    <w:p w14:paraId="28A5F37F" w14:textId="017B2040" w:rsidR="00C81450" w:rsidRDefault="00C81450" w:rsidP="00C81450">
      <w:pPr>
        <w:spacing w:after="0" w:line="240" w:lineRule="atLeast"/>
        <w:rPr>
          <w:lang w:val="nl-NL"/>
        </w:rPr>
      </w:pPr>
    </w:p>
    <w:p w14:paraId="6B90EF8E" w14:textId="32431AE7" w:rsidR="00C81450" w:rsidRDefault="00C81450" w:rsidP="00C81450">
      <w:pPr>
        <w:spacing w:after="0" w:line="240" w:lineRule="atLeast"/>
        <w:rPr>
          <w:lang w:val="nl-NL"/>
        </w:rPr>
      </w:pPr>
    </w:p>
    <w:p w14:paraId="536BE45C" w14:textId="6D249275" w:rsidR="00C81450" w:rsidRDefault="00C81450" w:rsidP="00C81450">
      <w:pPr>
        <w:spacing w:after="0" w:line="240" w:lineRule="atLeast"/>
        <w:rPr>
          <w:lang w:val="nl-NL"/>
        </w:rPr>
      </w:pPr>
    </w:p>
    <w:p w14:paraId="5FAF8A46" w14:textId="66FDDBA8" w:rsidR="00C81450" w:rsidRDefault="00C81450" w:rsidP="00C81450">
      <w:pPr>
        <w:spacing w:after="0" w:line="240" w:lineRule="atLeast"/>
        <w:rPr>
          <w:lang w:val="nl-NL"/>
        </w:rPr>
      </w:pPr>
    </w:p>
    <w:p w14:paraId="0F6B4DDE" w14:textId="1E612FC9" w:rsidR="00471573" w:rsidRPr="00E31D76" w:rsidRDefault="00442F49" w:rsidP="00C81450">
      <w:pPr>
        <w:pStyle w:val="Kop1"/>
        <w:spacing w:before="0" w:after="0" w:line="240" w:lineRule="atLeast"/>
        <w:rPr>
          <w:lang w:val="nl-NL"/>
        </w:rPr>
      </w:pPr>
      <w:r w:rsidRPr="00E31D76">
        <w:rPr>
          <w:lang w:val="nl-NL"/>
        </w:rPr>
        <w:t>Formulier insturen</w:t>
      </w:r>
    </w:p>
    <w:p w14:paraId="2296F985" w14:textId="2A778D47" w:rsidR="00471573" w:rsidRPr="00E31D76" w:rsidRDefault="00442F49" w:rsidP="00C81450">
      <w:pPr>
        <w:spacing w:after="0" w:line="240" w:lineRule="atLeast"/>
        <w:rPr>
          <w:lang w:val="nl-NL"/>
        </w:rPr>
      </w:pPr>
      <w:r w:rsidRPr="00E31D76">
        <w:rPr>
          <w:lang w:val="nl-NL"/>
        </w:rPr>
        <w:t>Stuur dit formulier aan Schouten Zekerheid onder vermelding van</w:t>
      </w:r>
      <w:r w:rsidRPr="00E31D76">
        <w:rPr>
          <w:lang w:val="nl-NL"/>
        </w:rPr>
        <w:br/>
        <w:t>42e-weekmelding WGA</w:t>
      </w:r>
      <w:r w:rsidR="00C81450">
        <w:rPr>
          <w:lang w:val="nl-NL"/>
        </w:rPr>
        <w:t>-hiaatverzekering uitgebreid</w:t>
      </w:r>
      <w:r w:rsidRPr="00E31D76">
        <w:rPr>
          <w:lang w:val="nl-NL"/>
        </w:rPr>
        <w:t xml:space="preserve"> BIKUDAK.</w:t>
      </w:r>
    </w:p>
    <w:p w14:paraId="14EF1BD1" w14:textId="3A91A1C9" w:rsidR="00471573" w:rsidRPr="000B293A" w:rsidRDefault="00442F49" w:rsidP="00C81450">
      <w:pPr>
        <w:spacing w:after="0" w:line="240" w:lineRule="atLeast"/>
      </w:pPr>
      <w:r w:rsidRPr="000B293A">
        <w:rPr>
          <w:b/>
        </w:rPr>
        <w:t xml:space="preserve">E-mail: </w:t>
      </w:r>
      <w:sdt>
        <w:sdtPr>
          <w:rPr>
            <w:b/>
          </w:rPr>
          <w:alias w:val="ontvangstadres"/>
          <w:tag w:val="ontvangstadres"/>
          <w:id w:val="16"/>
          <w:text/>
        </w:sdtPr>
        <w:sdtContent>
          <w:r w:rsidR="000B293A" w:rsidRPr="00C81450">
            <w:rPr>
              <w:b/>
            </w:rPr>
            <w:t>wia.schade@schoutenzekerheid.nl</w:t>
          </w:r>
        </w:sdtContent>
      </w:sdt>
    </w:p>
    <w:p w14:paraId="340AD2C1" w14:textId="77777777" w:rsidR="00471573" w:rsidRPr="00E31D76" w:rsidRDefault="00442F49" w:rsidP="00C81450">
      <w:pPr>
        <w:spacing w:after="0" w:line="240" w:lineRule="atLeast"/>
        <w:rPr>
          <w:lang w:val="nl-NL"/>
        </w:rPr>
      </w:pPr>
      <w:r w:rsidRPr="00C81450">
        <w:rPr>
          <w:lang w:val="nl-NL"/>
        </w:rPr>
        <w:t>Bewaar een kopie van het ingevulde formulier voor uw eigen administratie.</w:t>
      </w:r>
    </w:p>
    <w:sectPr w:rsidR="00471573" w:rsidRPr="00E31D76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9849106">
    <w:abstractNumId w:val="8"/>
  </w:num>
  <w:num w:numId="2" w16cid:durableId="526992961">
    <w:abstractNumId w:val="6"/>
  </w:num>
  <w:num w:numId="3" w16cid:durableId="1646593011">
    <w:abstractNumId w:val="5"/>
  </w:num>
  <w:num w:numId="4" w16cid:durableId="2077848589">
    <w:abstractNumId w:val="4"/>
  </w:num>
  <w:num w:numId="5" w16cid:durableId="1268080754">
    <w:abstractNumId w:val="7"/>
  </w:num>
  <w:num w:numId="6" w16cid:durableId="1514760785">
    <w:abstractNumId w:val="3"/>
  </w:num>
  <w:num w:numId="7" w16cid:durableId="837381282">
    <w:abstractNumId w:val="2"/>
  </w:num>
  <w:num w:numId="8" w16cid:durableId="767387240">
    <w:abstractNumId w:val="1"/>
  </w:num>
  <w:num w:numId="9" w16cid:durableId="1775174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480"/>
    <w:rsid w:val="00034616"/>
    <w:rsid w:val="0006063C"/>
    <w:rsid w:val="000B293A"/>
    <w:rsid w:val="0015074B"/>
    <w:rsid w:val="001E43A9"/>
    <w:rsid w:val="00255945"/>
    <w:rsid w:val="0029639D"/>
    <w:rsid w:val="00306BC7"/>
    <w:rsid w:val="00326F90"/>
    <w:rsid w:val="00442F49"/>
    <w:rsid w:val="00471573"/>
    <w:rsid w:val="00511222"/>
    <w:rsid w:val="00AA1D8D"/>
    <w:rsid w:val="00B47730"/>
    <w:rsid w:val="00C40401"/>
    <w:rsid w:val="00C81450"/>
    <w:rsid w:val="00CB0664"/>
    <w:rsid w:val="00D103C2"/>
    <w:rsid w:val="00E31D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32D2C6"/>
  <w14:defaultImageDpi w14:val="300"/>
  <w15:docId w15:val="{63913FA5-6A3C-488B-A420-FA5626B4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00000"/>
      <w:sz w:val="23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D103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03C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103C2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03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03C2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0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03C2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D103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9A1432-B1B6-4F3A-ABEC-CCFEDF60C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42e weekmelding WGA Hiaatverzekering CAO BIKUDAK</dc:title>
  <dc:subject>Invulbaar meldingsformulier</dc:subject>
  <dc:creator>Dennis Holtkamp</dc:creator>
  <cp:keywords/>
  <dc:description>generated by python-docx</dc:description>
  <cp:lastModifiedBy>Ronald Haring</cp:lastModifiedBy>
  <cp:revision>2</cp:revision>
  <dcterms:created xsi:type="dcterms:W3CDTF">2026-10-08T11:30:00Z</dcterms:created>
  <dcterms:modified xsi:type="dcterms:W3CDTF">2026-10-08T11:30:00Z</dcterms:modified>
  <cp:category/>
</cp:coreProperties>
</file>